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Тест-отчёт</w:t>
      </w:r>
    </w:p>
    <w:p>
      <w:pPr>
        <w:pStyle w:val="Heading1"/>
      </w:pPr>
      <w:r>
        <w:t>1. Что тестировали</w:t>
      </w:r>
    </w:p>
    <w:p>
      <w:r>
        <w:rPr>
          <w:i/>
          <w:color w:val="808080"/>
        </w:rPr>
        <w:t>Программа, версия, сроки прогона, окружение.</w:t>
      </w:r>
    </w:p>
    <w:p>
      <w:pPr>
        <w:pStyle w:val="Heading1"/>
      </w:pPr>
      <w:r>
        <w:t>2. Итог одной фразой</w:t>
      </w:r>
    </w:p>
    <w:p>
      <w:r>
        <w:rPr>
          <w:i/>
          <w:color w:val="808080"/>
        </w:rPr>
        <w:t>Рекомендация: выпускать / выпускать после исправления BUG-31 / не выпускать — и почему.</w:t>
      </w:r>
    </w:p>
    <w:p>
      <w:pPr>
        <w:pStyle w:val="Heading1"/>
      </w:pPr>
      <w:r>
        <w:t>3. Результаты прогона</w:t>
      </w:r>
    </w:p>
    <w:p>
      <w:r>
        <w:rPr>
          <w:i/>
          <w:color w:val="808080"/>
        </w:rPr>
        <w:t>Сколько проверок: всего, прошли, не прошли, заблокированы, не проверялись (таблица).</w:t>
      </w:r>
    </w:p>
    <w:p>
      <w:pPr>
        <w:pStyle w:val="Heading1"/>
      </w:pPr>
      <w:r>
        <w:t>4. Найденные дефекты</w:t>
      </w:r>
    </w:p>
    <w:p>
      <w:r>
        <w:rPr>
          <w:i/>
          <w:color w:val="808080"/>
        </w:rPr>
        <w:t>Сколько по серьёзности; список открытых критических и серьёзных со ссылками.</w:t>
      </w:r>
    </w:p>
    <w:p>
      <w:pPr>
        <w:pStyle w:val="Heading1"/>
      </w:pPr>
      <w:r>
        <w:t>5. Что не проверено</w:t>
      </w:r>
    </w:p>
    <w:p>
      <w:r>
        <w:rPr>
          <w:i/>
          <w:color w:val="808080"/>
        </w:rPr>
        <w:t>И почему; чем это грозит.</w:t>
      </w:r>
    </w:p>
    <w:p>
      <w:pPr>
        <w:pStyle w:val="Heading1"/>
      </w:pPr>
      <w:r>
        <w:t>6. Повторная проверка и регресс</w:t>
      </w:r>
    </w:p>
    <w:p>
      <w:r>
        <w:rPr>
          <w:i/>
          <w:color w:val="808080"/>
        </w:rPr>
        <w:t>Какие исправления подтверждены, какие регрессии найдены.</w:t>
      </w:r>
    </w:p>
    <w:p>
      <w:pPr>
        <w:pStyle w:val="Heading1"/>
      </w:pPr>
      <w:r>
        <w:t>7. Риски выпуска</w:t>
      </w:r>
    </w:p>
    <w:p>
      <w:r>
        <w:rPr>
          <w:i/>
          <w:color w:val="808080"/>
        </w:rPr>
        <w:t>Что может случиться у пользователей, если выпустить сейчас.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